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21. MINUTA DE COMPRAVENTA DE INSUMOS AGRÍCOLAS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21,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