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12. MINUTA DE COMPRAVENTA DE INMUEBLE URBANO SIMPLE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12,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